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rial" w:hAnsi="Arial"/>
          <w:sz w:val="16"/>
        </w:rPr>
        <w:t>Przedszkole Miejskie Nr 215 w Łodzi</w:t>
        <w:br/>
        <w:t>93 356 Łódź, ul. Budowlana 11/13</w:t>
        <w:br/>
        <w:t>tel./fax 42 646 61 43</w:t>
        <w:br/>
        <w:t>Nr ident. P-004341420</w:t>
      </w:r>
    </w:p>
    <w:p>
      <w:pPr>
        <w:jc w:val="center"/>
      </w:pPr>
      <w:r>
        <w:rPr>
          <w:rFonts w:ascii="Arial" w:hAnsi="Arial"/>
          <w:b/>
          <w:sz w:val="26"/>
        </w:rPr>
        <w:t>PLAN ZAMÓWIEŃ PUBLICZNYCH NA ROK 2023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567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Lp.</w:t>
            </w:r>
          </w:p>
        </w:tc>
        <w:tc>
          <w:tcPr>
            <w:tcW w:type="dxa" w:w="5386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Przedmiot zamówienia</w:t>
            </w:r>
          </w:p>
        </w:tc>
        <w:tc>
          <w:tcPr>
            <w:tcW w:type="dxa" w:w="1757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Orientacyjna</w:t>
              <w:br/>
              <w:t>wartość brutto</w:t>
            </w:r>
          </w:p>
        </w:tc>
        <w:tc>
          <w:tcPr>
            <w:tcW w:type="dxa" w:w="1814"/>
            <w:shd w:fill="D9E1F2"/>
            <w:vAlign w:val="center"/>
            <w:tcMar>
              <w:top w:w="50" w:type="dxa"/>
              <w:start w:w="60" w:type="dxa"/>
              <w:bottom w:w="5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Termin</w:t>
              <w:br/>
              <w:t>kwartał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artykułów biurowych i pieczątek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3047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V, IX, 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tonerów ( z. pozostałe)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drobnych części komputerowych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179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XI, 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ochrony, monitoring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1 500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5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pozostałe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6128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wody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4637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7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Środki żywności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112 492,00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8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paliwa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9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środków czystości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4145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II,IV,VI,VIII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10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pozostałych materiałów i wyposażenia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632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11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bieżące konserwacje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1500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12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pozostałych materiałów remontowe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13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wyposażenia do apteczek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IX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14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utrzymania systemów informatycznych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8300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15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zdrowotne (badania)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1287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II,IX,XII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16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dezynfekcji, dezynsekcji i deratyzacji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17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telefoniczne, internet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1700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18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zajęcia dodatkowe w przedszkolach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6659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19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podróże służbowe krajowe (bilety)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600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IV-X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20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szkolenia pracowników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8017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III,V,IX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21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pralnicze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22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przeglądy techniczne gaśnic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23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przeglądy techniczne budynków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1800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IV,XII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24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przeglądy techniczne urządzeń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25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energii elektrycznej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8587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I,II,III,IV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26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energii cieplnej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30240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27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zakup gazu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3000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28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Przegląd tech.n. gaśnic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29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pocztowe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III,X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30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asysta techniczna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7042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31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wywóz/odprowadzenie nieczystości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32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wywóz śmieci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9658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  <w:tr>
        <w:tc>
          <w:tcPr>
            <w:tcW w:type="dxa" w:w="56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33</w:t>
            </w:r>
          </w:p>
        </w:tc>
        <w:tc>
          <w:tcPr>
            <w:tcW w:type="dxa" w:w="5386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7"/>
              </w:rPr>
              <w:t>usługi dystrybucji energii elektrycznej</w:t>
            </w:r>
          </w:p>
        </w:tc>
        <w:tc>
          <w:tcPr>
            <w:tcW w:type="dxa" w:w="1757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8500</w:t>
            </w:r>
          </w:p>
        </w:tc>
        <w:tc>
          <w:tcPr>
            <w:tcW w:type="dxa" w:w="1814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7"/>
              </w:rPr>
              <w:t>I-XII</w:t>
            </w:r>
          </w:p>
        </w:tc>
      </w:tr>
    </w:tbl>
    <w:p>
      <w:pPr>
        <w:spacing w:before="60"/>
      </w:pPr>
      <w:r>
        <w:rPr>
          <w:rFonts w:ascii="Arial" w:hAnsi="Arial"/>
          <w:b/>
          <w:sz w:val="17"/>
        </w:rPr>
        <w:t>Przewidywany tryb: poz. 1-24, 28, 30 - zapytanie ofertowe; poz.25-27, 31-33 negocjacje prowadzone przez UMiŁ w ramach grupy zakupowej.</w:t>
      </w:r>
    </w:p>
    <w:p>
      <w:pPr>
        <w:spacing w:before="120"/>
      </w:pPr>
      <w:r>
        <w:rPr>
          <w:rFonts w:ascii="Arial" w:hAnsi="Arial"/>
          <w:sz w:val="17"/>
        </w:rPr>
        <w:t>Sporządzono dnia: 30 stycznia 2023 r.</w:t>
      </w:r>
    </w:p>
    <w:p>
      <w:r>
        <w:rPr>
          <w:rFonts w:ascii="Arial" w:hAnsi="Arial"/>
          <w:sz w:val="17"/>
        </w:rPr>
        <w:t>Sporządziła: Mirosława Falek</w:t>
      </w:r>
    </w:p>
    <w:p>
      <w:r>
        <w:rPr>
          <w:rFonts w:ascii="Arial" w:hAnsi="Arial"/>
          <w:sz w:val="17"/>
        </w:rPr>
        <w:t>Zatwierdzono dnia: 30.01.2023 r. . Magdalena Andrijewska</w:t>
      </w:r>
    </w:p>
    <w:p>
      <w:pPr>
        <w:jc w:val="right"/>
      </w:pPr>
      <w:r>
        <w:rPr>
          <w:rFonts w:ascii="Arial" w:hAnsi="Arial"/>
          <w:b/>
          <w:sz w:val="17"/>
        </w:rPr>
        <w:t>Dyrektor</w:t>
        <w:br/>
        <w:t>Przedszkola Miejskiego Nr 215 w Łodzi</w:t>
        <w:br/>
        <w:t>mgr Magdalena Andrijewska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