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sz w:val="16"/>
        </w:rPr>
        <w:t>Przedszkole Miejskie Nr 215 w Łodzi</w:t>
        <w:br/>
        <w:t>93 356 Łódź, ul. Budowlana 11/13</w:t>
        <w:br/>
        <w:t>tel./fax 42 646 61 43</w:t>
        <w:br/>
        <w:t>Nr ident. P-004341420</w:t>
      </w:r>
    </w:p>
    <w:p>
      <w:pPr>
        <w:jc w:val="center"/>
      </w:pPr>
      <w:r>
        <w:rPr>
          <w:rFonts w:ascii="Arial" w:hAnsi="Arial"/>
          <w:b/>
          <w:sz w:val="26"/>
        </w:rPr>
        <w:t>PLAN ZAMÓWIEŃ PUBLICZNYCH NA ROK 2024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56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type="dxa" w:w="5386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Przedmiot zamówienia</w:t>
            </w:r>
          </w:p>
        </w:tc>
        <w:tc>
          <w:tcPr>
            <w:tcW w:type="dxa" w:w="175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Orientacyjna</w:t>
              <w:br/>
              <w:t>wartość brutto</w:t>
            </w:r>
          </w:p>
        </w:tc>
        <w:tc>
          <w:tcPr>
            <w:tcW w:type="dxa" w:w="1814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Termin</w:t>
              <w:br/>
              <w:t>kwartał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artykułów biurowych i pieczątek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2923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V, IX,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tonerów ( z. pozostałe)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drobnych części komputerowych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XI,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ochrony, monitoring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961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wody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5980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Środki żywności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141 700,00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paliwa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środków 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8561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II,IV,VI,VIII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i wyposażenia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2299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bieżące konserwacje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remontowe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1585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wyposażenia do apteczek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utrzymania systemów informatycznych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zdrowotne (badania)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II,IX,XII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dezynfekcji, dezynsekcji i deratyzacji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telefoniczne, internet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1292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zajęcia dodatkowe w przedszkolach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6465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podróże służbowe krajowe (bilety)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IV-X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szkolenia pracowników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3057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III,V,IX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pralnicze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gaśnic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budynków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1625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urządzeń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7658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I,II,III,IV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cieplnej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39695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gazu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1467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 tech.n. gaśnic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pocztowe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116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asysta techniczna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7042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wywóz/odprowadzenie nieczystości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 śmieci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4783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dystrybucji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7056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</w:tbl>
    <w:p>
      <w:pPr>
        <w:spacing w:before="60"/>
      </w:pPr>
      <w:r>
        <w:rPr>
          <w:rFonts w:ascii="Arial" w:hAnsi="Arial"/>
          <w:b/>
          <w:sz w:val="17"/>
        </w:rPr>
        <w:t>Przewidywany tryb: poz. 1-24, 28, 30 - zapytanie ofertowe; poz.25-27, 31-33 negocjacje prowadzone przez UMiŁ w ramach grupy zakupowej.</w:t>
      </w:r>
    </w:p>
    <w:p>
      <w:pPr>
        <w:spacing w:before="120"/>
      </w:pPr>
      <w:r>
        <w:rPr>
          <w:rFonts w:ascii="Arial" w:hAnsi="Arial"/>
          <w:sz w:val="17"/>
        </w:rPr>
        <w:t>Sporządzono dnia: 30 stycznia 2024 r.</w:t>
      </w:r>
    </w:p>
    <w:p>
      <w:r>
        <w:rPr>
          <w:rFonts w:ascii="Arial" w:hAnsi="Arial"/>
          <w:sz w:val="17"/>
        </w:rPr>
        <w:t>Sporządziła: Mirosława Falek</w:t>
      </w:r>
    </w:p>
    <w:p>
      <w:r>
        <w:rPr>
          <w:rFonts w:ascii="Arial" w:hAnsi="Arial"/>
          <w:sz w:val="17"/>
        </w:rPr>
        <w:t>Zatwierdzono dnia: 30.01.2024 r. . Magdalena Andrijewska</w:t>
      </w:r>
    </w:p>
    <w:p>
      <w:pPr>
        <w:jc w:val="right"/>
      </w:pPr>
      <w:r>
        <w:rPr>
          <w:rFonts w:ascii="Arial" w:hAnsi="Arial"/>
          <w:b/>
          <w:sz w:val="17"/>
        </w:rPr>
        <w:t>Dyrektor</w:t>
        <w:br/>
        <w:t>Przedszkola Miejskiego Nr 215 w Łodzi</w:t>
        <w:br/>
        <w:t>mgr Magdalena Andrijewska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