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80C9" w14:textId="0A51F22B" w:rsidR="00BB5041" w:rsidRPr="00B145B7" w:rsidRDefault="00000000" w:rsidP="00B145B7">
      <w:pPr>
        <w:rPr>
          <w:rFonts w:ascii="Arial" w:hAnsi="Arial" w:cs="Arial"/>
          <w:sz w:val="24"/>
          <w:szCs w:val="24"/>
        </w:rPr>
      </w:pPr>
      <w:r w:rsidRPr="00B145B7">
        <w:rPr>
          <w:rFonts w:ascii="Arial" w:hAnsi="Arial" w:cs="Arial"/>
          <w:b/>
          <w:sz w:val="24"/>
          <w:szCs w:val="24"/>
        </w:rPr>
        <w:t>REJESTR KONTROLI ZEWNĘTRZNYCH</w:t>
      </w:r>
      <w:r w:rsidR="008A49A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145B7">
        <w:rPr>
          <w:rFonts w:ascii="Arial" w:hAnsi="Arial" w:cs="Arial"/>
          <w:b/>
          <w:sz w:val="24"/>
          <w:szCs w:val="24"/>
        </w:rPr>
        <w:t>Przedszkole</w:t>
      </w:r>
      <w:proofErr w:type="spellEnd"/>
      <w:r w:rsidRPr="00B145B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145B7">
        <w:rPr>
          <w:rFonts w:ascii="Arial" w:hAnsi="Arial" w:cs="Arial"/>
          <w:b/>
          <w:sz w:val="24"/>
          <w:szCs w:val="24"/>
        </w:rPr>
        <w:t>Miejskie</w:t>
      </w:r>
      <w:proofErr w:type="spellEnd"/>
      <w:r w:rsidRPr="00B145B7">
        <w:rPr>
          <w:rFonts w:ascii="Arial" w:hAnsi="Arial" w:cs="Arial"/>
          <w:b/>
          <w:sz w:val="24"/>
          <w:szCs w:val="24"/>
        </w:rPr>
        <w:t xml:space="preserve"> nr 215 w </w:t>
      </w:r>
      <w:proofErr w:type="spellStart"/>
      <w:r w:rsidRPr="00B145B7">
        <w:rPr>
          <w:rFonts w:ascii="Arial" w:hAnsi="Arial" w:cs="Arial"/>
          <w:b/>
          <w:sz w:val="24"/>
          <w:szCs w:val="24"/>
        </w:rPr>
        <w:t>Łodzi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721"/>
        <w:gridCol w:w="1686"/>
        <w:gridCol w:w="4720"/>
        <w:gridCol w:w="3402"/>
      </w:tblGrid>
      <w:tr w:rsidR="00BB5041" w:rsidRPr="00B145B7" w14:paraId="7A146851" w14:textId="77777777" w:rsidTr="004829DF">
        <w:trPr>
          <w:jc w:val="center"/>
        </w:trPr>
        <w:tc>
          <w:tcPr>
            <w:tcW w:w="576" w:type="dxa"/>
            <w:vAlign w:val="center"/>
          </w:tcPr>
          <w:p w14:paraId="1E8C7DCE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b/>
                <w:sz w:val="24"/>
                <w:szCs w:val="24"/>
              </w:rPr>
              <w:t>Lp</w:t>
            </w:r>
            <w:proofErr w:type="spellEnd"/>
            <w:r w:rsidRPr="00B145B7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721" w:type="dxa"/>
            <w:vAlign w:val="center"/>
          </w:tcPr>
          <w:p w14:paraId="0EC31910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b/>
                <w:sz w:val="24"/>
                <w:szCs w:val="24"/>
              </w:rPr>
              <w:t>Organ kontrolujący</w:t>
            </w:r>
          </w:p>
        </w:tc>
        <w:tc>
          <w:tcPr>
            <w:tcW w:w="1686" w:type="dxa"/>
            <w:vAlign w:val="center"/>
          </w:tcPr>
          <w:p w14:paraId="6DA52A64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b/>
                <w:sz w:val="24"/>
                <w:szCs w:val="24"/>
              </w:rPr>
              <w:t>Data kontroli</w:t>
            </w:r>
          </w:p>
        </w:tc>
        <w:tc>
          <w:tcPr>
            <w:tcW w:w="4720" w:type="dxa"/>
            <w:vAlign w:val="center"/>
          </w:tcPr>
          <w:p w14:paraId="74582547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b/>
                <w:sz w:val="24"/>
                <w:szCs w:val="24"/>
              </w:rPr>
              <w:t>Przedmiot / zakres kontroli</w:t>
            </w:r>
          </w:p>
        </w:tc>
        <w:tc>
          <w:tcPr>
            <w:tcW w:w="3402" w:type="dxa"/>
            <w:vAlign w:val="center"/>
          </w:tcPr>
          <w:p w14:paraId="749B04CF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b/>
                <w:sz w:val="24"/>
                <w:szCs w:val="24"/>
              </w:rPr>
              <w:t>Wynik / ustalenia</w:t>
            </w:r>
          </w:p>
        </w:tc>
      </w:tr>
      <w:tr w:rsidR="00BB5041" w:rsidRPr="00B145B7" w14:paraId="14D1DA92" w14:textId="77777777" w:rsidTr="004829DF">
        <w:trPr>
          <w:jc w:val="center"/>
        </w:trPr>
        <w:tc>
          <w:tcPr>
            <w:tcW w:w="576" w:type="dxa"/>
          </w:tcPr>
          <w:p w14:paraId="7BF2D3A6" w14:textId="4EB7A502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14:paraId="2DAE7A9F" w14:textId="0EA36927" w:rsidR="00BB5041" w:rsidRPr="00B145B7" w:rsidRDefault="00B145B7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Wojewódzki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Inspektorat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Ochrony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Roślin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Nasiennictwa</w:t>
            </w:r>
            <w:proofErr w:type="spellEnd"/>
            <w:r w:rsidR="00000000"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="00000000"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19A2EE38" w14:textId="7A587B9C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20.0</w:t>
            </w:r>
            <w:r w:rsidR="00B145B7">
              <w:rPr>
                <w:rFonts w:ascii="Arial" w:hAnsi="Arial" w:cs="Arial"/>
                <w:sz w:val="24"/>
                <w:szCs w:val="24"/>
              </w:rPr>
              <w:t>3</w:t>
            </w:r>
            <w:r w:rsidRPr="00B145B7">
              <w:rPr>
                <w:rFonts w:ascii="Arial" w:hAnsi="Arial" w:cs="Arial"/>
                <w:sz w:val="24"/>
                <w:szCs w:val="24"/>
              </w:rPr>
              <w:t>.202</w:t>
            </w:r>
            <w:r w:rsidR="00B145B7">
              <w:rPr>
                <w:rFonts w:ascii="Arial" w:hAnsi="Arial" w:cs="Arial"/>
                <w:sz w:val="24"/>
                <w:szCs w:val="24"/>
              </w:rPr>
              <w:t>3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1A99A6A0" w14:textId="2673A3C0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 xml:space="preserve">Kontrola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dotycząca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kontroli</w:t>
            </w:r>
            <w:proofErr w:type="spellEnd"/>
            <w:r w:rsid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fitosanitarnej</w:t>
            </w:r>
            <w:proofErr w:type="spellEnd"/>
            <w:r w:rsid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ziemniaków</w:t>
            </w:r>
            <w:proofErr w:type="spellEnd"/>
          </w:p>
        </w:tc>
        <w:tc>
          <w:tcPr>
            <w:tcW w:w="3402" w:type="dxa"/>
          </w:tcPr>
          <w:p w14:paraId="1399F828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74654493" w14:textId="77777777" w:rsidTr="004829DF">
        <w:trPr>
          <w:jc w:val="center"/>
        </w:trPr>
        <w:tc>
          <w:tcPr>
            <w:tcW w:w="576" w:type="dxa"/>
          </w:tcPr>
          <w:p w14:paraId="51BAC3D1" w14:textId="76422C05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14:paraId="04F70C49" w14:textId="2F06E4B6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</w:t>
            </w:r>
            <w:r w:rsidR="00B145B7">
              <w:rPr>
                <w:rFonts w:ascii="Arial" w:hAnsi="Arial" w:cs="Arial"/>
                <w:sz w:val="24"/>
                <w:szCs w:val="24"/>
              </w:rPr>
              <w:t>owiatowa</w:t>
            </w:r>
            <w:proofErr w:type="spellEnd"/>
            <w:r w:rsid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149EFA74" w14:textId="04E5786F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15.06.202</w:t>
            </w:r>
            <w:r w:rsidR="00B145B7">
              <w:rPr>
                <w:rFonts w:ascii="Arial" w:hAnsi="Arial" w:cs="Arial"/>
                <w:sz w:val="24"/>
                <w:szCs w:val="24"/>
              </w:rPr>
              <w:t>3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31FAF4E1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przedszkola</w:t>
            </w:r>
          </w:p>
        </w:tc>
        <w:tc>
          <w:tcPr>
            <w:tcW w:w="3402" w:type="dxa"/>
          </w:tcPr>
          <w:p w14:paraId="0391332F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1A59C895" w14:textId="77777777" w:rsidTr="004829DF">
        <w:trPr>
          <w:jc w:val="center"/>
        </w:trPr>
        <w:tc>
          <w:tcPr>
            <w:tcW w:w="576" w:type="dxa"/>
          </w:tcPr>
          <w:p w14:paraId="6C04A593" w14:textId="639FA40A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721" w:type="dxa"/>
          </w:tcPr>
          <w:p w14:paraId="0950E115" w14:textId="45AE6313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Państwow</w:t>
            </w:r>
            <w:r w:rsidR="00B145B7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Powiatowy</w:t>
            </w:r>
            <w:proofErr w:type="spellEnd"/>
            <w:r w:rsidR="00B145B7">
              <w:rPr>
                <w:rFonts w:ascii="Arial" w:hAnsi="Arial" w:cs="Arial"/>
                <w:sz w:val="24"/>
                <w:szCs w:val="24"/>
              </w:rPr>
              <w:t xml:space="preserve"> Inspektor </w:t>
            </w:r>
            <w:proofErr w:type="spellStart"/>
            <w:r w:rsidR="00B145B7">
              <w:rPr>
                <w:rFonts w:ascii="Arial" w:hAnsi="Arial" w:cs="Arial"/>
                <w:sz w:val="24"/>
                <w:szCs w:val="24"/>
              </w:rPr>
              <w:t>Sanitarny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7ED78CA9" w14:textId="1956823D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20.06.202</w:t>
            </w:r>
            <w:r w:rsidR="00B145B7">
              <w:rPr>
                <w:rFonts w:ascii="Arial" w:hAnsi="Arial" w:cs="Arial"/>
                <w:sz w:val="24"/>
                <w:szCs w:val="24"/>
              </w:rPr>
              <w:t>3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2E3C2BC7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– kompleksowa, w zakresie żywienia</w:t>
            </w:r>
          </w:p>
        </w:tc>
        <w:tc>
          <w:tcPr>
            <w:tcW w:w="3402" w:type="dxa"/>
          </w:tcPr>
          <w:p w14:paraId="556838D9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6AD24D3A" w14:textId="77777777" w:rsidTr="004829DF">
        <w:trPr>
          <w:jc w:val="center"/>
        </w:trPr>
        <w:tc>
          <w:tcPr>
            <w:tcW w:w="576" w:type="dxa"/>
          </w:tcPr>
          <w:p w14:paraId="0170B740" w14:textId="7E6506F2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21" w:type="dxa"/>
          </w:tcPr>
          <w:p w14:paraId="5C32D1CA" w14:textId="7DBAC65C" w:rsidR="00BB5041" w:rsidRPr="00B145B7" w:rsidRDefault="00B145B7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owiatowa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686" w:type="dxa"/>
          </w:tcPr>
          <w:p w14:paraId="24A70D6D" w14:textId="6BFBE7D9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02.0</w:t>
            </w:r>
            <w:r w:rsidR="00B145B7">
              <w:rPr>
                <w:rFonts w:ascii="Arial" w:hAnsi="Arial" w:cs="Arial"/>
                <w:sz w:val="24"/>
                <w:szCs w:val="24"/>
              </w:rPr>
              <w:t>4</w:t>
            </w:r>
            <w:r w:rsidRPr="00B145B7">
              <w:rPr>
                <w:rFonts w:ascii="Arial" w:hAnsi="Arial" w:cs="Arial"/>
                <w:sz w:val="24"/>
                <w:szCs w:val="24"/>
              </w:rPr>
              <w:t>.2024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37BAC1C6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placówki</w:t>
            </w:r>
          </w:p>
        </w:tc>
        <w:tc>
          <w:tcPr>
            <w:tcW w:w="3402" w:type="dxa"/>
          </w:tcPr>
          <w:p w14:paraId="12A8A518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7266432E" w14:textId="77777777" w:rsidTr="004829DF">
        <w:trPr>
          <w:jc w:val="center"/>
        </w:trPr>
        <w:tc>
          <w:tcPr>
            <w:tcW w:w="576" w:type="dxa"/>
          </w:tcPr>
          <w:p w14:paraId="20E99D2A" w14:textId="04C860A9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721" w:type="dxa"/>
          </w:tcPr>
          <w:p w14:paraId="3D3F07BC" w14:textId="44863B7E" w:rsidR="00BB5041" w:rsidRPr="00B145B7" w:rsidRDefault="00B145B7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owiatowa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361888F8" w14:textId="167A6AAC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28.08.2024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664B6B7B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podczas dyżuru letniego</w:t>
            </w:r>
          </w:p>
        </w:tc>
        <w:tc>
          <w:tcPr>
            <w:tcW w:w="3402" w:type="dxa"/>
          </w:tcPr>
          <w:p w14:paraId="76674245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1A7C0539" w14:textId="77777777" w:rsidTr="004829DF">
        <w:trPr>
          <w:jc w:val="center"/>
        </w:trPr>
        <w:tc>
          <w:tcPr>
            <w:tcW w:w="576" w:type="dxa"/>
          </w:tcPr>
          <w:p w14:paraId="582C2E20" w14:textId="1630F8DB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721" w:type="dxa"/>
          </w:tcPr>
          <w:p w14:paraId="31F2698D" w14:textId="21ACBBCF" w:rsidR="00BB5041" w:rsidRPr="00B145B7" w:rsidRDefault="00B145B7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Państwowy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Powiatowy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Inspektor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Sanitarny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3BC81D97" w14:textId="7413F35E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10.02.2025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0723FBC2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dotycząca higieny i warunków sanitarnych, w tym czystości powierzchni i środków ochrony / produktów higienicznych</w:t>
            </w:r>
          </w:p>
        </w:tc>
        <w:tc>
          <w:tcPr>
            <w:tcW w:w="3402" w:type="dxa"/>
          </w:tcPr>
          <w:p w14:paraId="0A7DE30C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0F3A20F4" w14:textId="77777777" w:rsidTr="004829DF">
        <w:trPr>
          <w:jc w:val="center"/>
        </w:trPr>
        <w:tc>
          <w:tcPr>
            <w:tcW w:w="576" w:type="dxa"/>
          </w:tcPr>
          <w:p w14:paraId="22E12896" w14:textId="6FC7ABA5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721" w:type="dxa"/>
          </w:tcPr>
          <w:p w14:paraId="32DEC3E8" w14:textId="50A719A7" w:rsidR="00BB5041" w:rsidRPr="00B145B7" w:rsidRDefault="00B145B7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Powiatowa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270E64B6" w14:textId="22CFEAF1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07.04.2025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6E3A7441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przedszkola</w:t>
            </w:r>
          </w:p>
        </w:tc>
        <w:tc>
          <w:tcPr>
            <w:tcW w:w="3402" w:type="dxa"/>
          </w:tcPr>
          <w:p w14:paraId="538ACF28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656E8101" w14:textId="77777777" w:rsidTr="004829DF">
        <w:trPr>
          <w:jc w:val="center"/>
        </w:trPr>
        <w:tc>
          <w:tcPr>
            <w:tcW w:w="576" w:type="dxa"/>
          </w:tcPr>
          <w:p w14:paraId="440EE7F0" w14:textId="5A10BAB9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721" w:type="dxa"/>
          </w:tcPr>
          <w:p w14:paraId="0AE4BDFA" w14:textId="7610783B" w:rsidR="00BB5041" w:rsidRPr="00B145B7" w:rsidRDefault="001F7265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Państwowy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Powiatowy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Inspektor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Sanitarny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0458E6DB" w14:textId="16094EB9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10.09.2025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619D1A87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kompleksowa – pomieszczenia / żywienie</w:t>
            </w:r>
          </w:p>
        </w:tc>
        <w:tc>
          <w:tcPr>
            <w:tcW w:w="3402" w:type="dxa"/>
          </w:tcPr>
          <w:p w14:paraId="630F8502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134E18DF" w14:textId="77777777" w:rsidTr="004829DF">
        <w:trPr>
          <w:jc w:val="center"/>
        </w:trPr>
        <w:tc>
          <w:tcPr>
            <w:tcW w:w="576" w:type="dxa"/>
          </w:tcPr>
          <w:p w14:paraId="5B57F70D" w14:textId="4ED826B2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721" w:type="dxa"/>
          </w:tcPr>
          <w:p w14:paraId="58AD98F2" w14:textId="17EAB7FD" w:rsidR="00BB5041" w:rsidRPr="00B145B7" w:rsidRDefault="001F7265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Biuro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Audytu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Wewnętrznego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Kontroli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Urzędu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Miasta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16D152FC" w14:textId="2256360A" w:rsidR="00BB5041" w:rsidRPr="00B145B7" w:rsidRDefault="001F7265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.1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.2025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77694391" w14:textId="56A503FE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Kontrola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planowa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– </w:t>
            </w:r>
            <w:proofErr w:type="spellStart"/>
            <w:r w:rsidR="001F7265">
              <w:rPr>
                <w:rFonts w:ascii="Arial" w:hAnsi="Arial" w:cs="Arial"/>
                <w:sz w:val="24"/>
                <w:szCs w:val="24"/>
              </w:rPr>
              <w:t>inwentaryzacja</w:t>
            </w:r>
            <w:proofErr w:type="spellEnd"/>
          </w:p>
        </w:tc>
        <w:tc>
          <w:tcPr>
            <w:tcW w:w="3402" w:type="dxa"/>
          </w:tcPr>
          <w:p w14:paraId="1C521075" w14:textId="67FA23BD" w:rsidR="00BB5041" w:rsidRPr="00B145B7" w:rsidRDefault="001F7265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Zgodnie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wystąpieniem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pokontrolnym</w:t>
            </w:r>
            <w:proofErr w:type="spellEnd"/>
            <w:r w:rsidR="004829D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B5041" w:rsidRPr="00B145B7" w14:paraId="67863E52" w14:textId="77777777" w:rsidTr="004829DF">
        <w:trPr>
          <w:jc w:val="center"/>
        </w:trPr>
        <w:tc>
          <w:tcPr>
            <w:tcW w:w="576" w:type="dxa"/>
          </w:tcPr>
          <w:p w14:paraId="361CD79D" w14:textId="2AE498E4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721" w:type="dxa"/>
          </w:tcPr>
          <w:p w14:paraId="0B886925" w14:textId="39092DF0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owiatowa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0B367262" w14:textId="18267001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11.0</w:t>
            </w:r>
            <w:r w:rsidR="001F7265">
              <w:rPr>
                <w:rFonts w:ascii="Arial" w:hAnsi="Arial" w:cs="Arial"/>
                <w:sz w:val="24"/>
                <w:szCs w:val="24"/>
              </w:rPr>
              <w:t>3</w:t>
            </w:r>
            <w:r w:rsidRPr="00B145B7">
              <w:rPr>
                <w:rFonts w:ascii="Arial" w:hAnsi="Arial" w:cs="Arial"/>
                <w:sz w:val="24"/>
                <w:szCs w:val="24"/>
              </w:rPr>
              <w:t>.202</w:t>
            </w:r>
            <w:r w:rsidR="001F7265">
              <w:rPr>
                <w:rFonts w:ascii="Arial" w:hAnsi="Arial" w:cs="Arial"/>
                <w:sz w:val="24"/>
                <w:szCs w:val="24"/>
              </w:rPr>
              <w:t>6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42CEC715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placówki – zakres wpisany jako kontrola sanitarna</w:t>
            </w:r>
          </w:p>
        </w:tc>
        <w:tc>
          <w:tcPr>
            <w:tcW w:w="3402" w:type="dxa"/>
          </w:tcPr>
          <w:p w14:paraId="11B85449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  <w:tr w:rsidR="00BB5041" w:rsidRPr="00B145B7" w14:paraId="0A11AE0D" w14:textId="77777777" w:rsidTr="004829DF">
        <w:trPr>
          <w:jc w:val="center"/>
        </w:trPr>
        <w:tc>
          <w:tcPr>
            <w:tcW w:w="576" w:type="dxa"/>
          </w:tcPr>
          <w:p w14:paraId="2411CCC5" w14:textId="4F04E39D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14:paraId="59E97A81" w14:textId="10A9884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 xml:space="preserve">Państwowa Inspekcja Pracy </w:t>
            </w:r>
          </w:p>
        </w:tc>
        <w:tc>
          <w:tcPr>
            <w:tcW w:w="1686" w:type="dxa"/>
          </w:tcPr>
          <w:p w14:paraId="6D0D9801" w14:textId="4FB4611E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01.04.2026- 21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000000" w:rsidRPr="00B145B7">
              <w:rPr>
                <w:rFonts w:ascii="Arial" w:hAnsi="Arial" w:cs="Arial"/>
                <w:sz w:val="24"/>
                <w:szCs w:val="24"/>
              </w:rPr>
              <w:t>.2026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3D8D42D8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– prawo pracy</w:t>
            </w:r>
          </w:p>
        </w:tc>
        <w:tc>
          <w:tcPr>
            <w:tcW w:w="3402" w:type="dxa"/>
          </w:tcPr>
          <w:p w14:paraId="6F4A2245" w14:textId="0239E647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Zgodnie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protokołem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kontroli</w:t>
            </w:r>
            <w:proofErr w:type="spellEnd"/>
            <w:r w:rsidR="004829DF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B5041" w:rsidRPr="00B145B7" w14:paraId="6FF22157" w14:textId="77777777" w:rsidTr="004829DF">
        <w:trPr>
          <w:jc w:val="center"/>
        </w:trPr>
        <w:tc>
          <w:tcPr>
            <w:tcW w:w="576" w:type="dxa"/>
          </w:tcPr>
          <w:p w14:paraId="634EDB4C" w14:textId="5063F086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721" w:type="dxa"/>
          </w:tcPr>
          <w:p w14:paraId="633FE3C0" w14:textId="68C33FFA" w:rsidR="00BB5041" w:rsidRPr="00B145B7" w:rsidRDefault="00FB29E1" w:rsidP="00B145B7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owiatowa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Stacja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Sanitarno-Epidemiologiczna</w:t>
            </w:r>
            <w:proofErr w:type="spellEnd"/>
            <w:r w:rsidRPr="00B145B7">
              <w:rPr>
                <w:rFonts w:ascii="Arial" w:hAnsi="Arial" w:cs="Arial"/>
                <w:sz w:val="24"/>
                <w:szCs w:val="24"/>
              </w:rPr>
              <w:t xml:space="preserve"> w </w:t>
            </w:r>
            <w:proofErr w:type="spellStart"/>
            <w:r w:rsidRPr="00B145B7">
              <w:rPr>
                <w:rFonts w:ascii="Arial" w:hAnsi="Arial" w:cs="Arial"/>
                <w:sz w:val="24"/>
                <w:szCs w:val="24"/>
              </w:rPr>
              <w:t>Łodzi</w:t>
            </w:r>
            <w:proofErr w:type="spellEnd"/>
          </w:p>
        </w:tc>
        <w:tc>
          <w:tcPr>
            <w:tcW w:w="1686" w:type="dxa"/>
          </w:tcPr>
          <w:p w14:paraId="2511213B" w14:textId="0AF4AF6A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18.08.2026</w:t>
            </w:r>
            <w:r w:rsidR="004829DF">
              <w:rPr>
                <w:rFonts w:ascii="Arial" w:hAnsi="Arial" w:cs="Arial"/>
                <w:sz w:val="24"/>
                <w:szCs w:val="24"/>
              </w:rPr>
              <w:t xml:space="preserve"> r.</w:t>
            </w:r>
          </w:p>
        </w:tc>
        <w:tc>
          <w:tcPr>
            <w:tcW w:w="4720" w:type="dxa"/>
          </w:tcPr>
          <w:p w14:paraId="1D349E2A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Kontrola sanitarna przedszkola (zakres wskazany w rejestrze)</w:t>
            </w:r>
          </w:p>
        </w:tc>
        <w:tc>
          <w:tcPr>
            <w:tcW w:w="3402" w:type="dxa"/>
          </w:tcPr>
          <w:p w14:paraId="06A480E9" w14:textId="77777777" w:rsidR="00BB5041" w:rsidRPr="00B145B7" w:rsidRDefault="00000000" w:rsidP="00B145B7">
            <w:pPr>
              <w:rPr>
                <w:rFonts w:ascii="Arial" w:hAnsi="Arial" w:cs="Arial"/>
                <w:sz w:val="24"/>
                <w:szCs w:val="24"/>
              </w:rPr>
            </w:pPr>
            <w:r w:rsidRPr="00B145B7">
              <w:rPr>
                <w:rFonts w:ascii="Arial" w:hAnsi="Arial" w:cs="Arial"/>
                <w:sz w:val="24"/>
                <w:szCs w:val="24"/>
              </w:rPr>
              <w:t>Zgodnie z protokołem.</w:t>
            </w:r>
          </w:p>
        </w:tc>
      </w:tr>
    </w:tbl>
    <w:p w14:paraId="151FDF97" w14:textId="04213898" w:rsidR="00BB5041" w:rsidRPr="00B145B7" w:rsidRDefault="00BB5041" w:rsidP="00B145B7">
      <w:pPr>
        <w:rPr>
          <w:rFonts w:ascii="Arial" w:hAnsi="Arial" w:cs="Arial"/>
          <w:sz w:val="24"/>
          <w:szCs w:val="24"/>
        </w:rPr>
      </w:pPr>
    </w:p>
    <w:sectPr w:rsidR="00BB5041" w:rsidRPr="00B145B7" w:rsidSect="00034616">
      <w:pgSz w:w="15840" w:h="12240" w:orient="landscape"/>
      <w:pgMar w:top="850" w:right="680" w:bottom="85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5483712">
    <w:abstractNumId w:val="8"/>
  </w:num>
  <w:num w:numId="2" w16cid:durableId="504131182">
    <w:abstractNumId w:val="6"/>
  </w:num>
  <w:num w:numId="3" w16cid:durableId="1416854576">
    <w:abstractNumId w:val="5"/>
  </w:num>
  <w:num w:numId="4" w16cid:durableId="1065877992">
    <w:abstractNumId w:val="4"/>
  </w:num>
  <w:num w:numId="5" w16cid:durableId="1406999120">
    <w:abstractNumId w:val="7"/>
  </w:num>
  <w:num w:numId="6" w16cid:durableId="2082940961">
    <w:abstractNumId w:val="3"/>
  </w:num>
  <w:num w:numId="7" w16cid:durableId="1996301231">
    <w:abstractNumId w:val="2"/>
  </w:num>
  <w:num w:numId="8" w16cid:durableId="579407970">
    <w:abstractNumId w:val="1"/>
  </w:num>
  <w:num w:numId="9" w16cid:durableId="9679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7265"/>
    <w:rsid w:val="0029639D"/>
    <w:rsid w:val="00326F90"/>
    <w:rsid w:val="004829DF"/>
    <w:rsid w:val="008A49A4"/>
    <w:rsid w:val="00AA1D8D"/>
    <w:rsid w:val="00B145B7"/>
    <w:rsid w:val="00B47730"/>
    <w:rsid w:val="00BB5041"/>
    <w:rsid w:val="00CB0664"/>
    <w:rsid w:val="00EB5CDC"/>
    <w:rsid w:val="00FB29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295E49"/>
  <w14:defaultImageDpi w14:val="300"/>
  <w15:docId w15:val="{8DEEA561-4405-4F50-B21C-9ECEAB91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Andrijewska</cp:lastModifiedBy>
  <cp:revision>3</cp:revision>
  <dcterms:created xsi:type="dcterms:W3CDTF">2013-12-23T23:15:00Z</dcterms:created>
  <dcterms:modified xsi:type="dcterms:W3CDTF">2026-09-25T11:13:00Z</dcterms:modified>
  <cp:category/>
</cp:coreProperties>
</file>